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915" w:rsidRDefault="008D45A8" w:rsidP="00525B3B">
      <w:pPr>
        <w:pStyle w:val="Tytu"/>
        <w:spacing w:after="0"/>
        <w:jc w:val="center"/>
      </w:pPr>
      <w:r>
        <w:t>WZÓR FORMULARZA ODSTĄPIENIA OD UMOWY</w:t>
      </w:r>
    </w:p>
    <w:p w:rsidR="00995915" w:rsidRDefault="008D45A8" w:rsidP="00525B3B">
      <w:pPr>
        <w:spacing w:after="0"/>
        <w:jc w:val="center"/>
      </w:pPr>
      <w:r>
        <w:rPr>
          <w:i/>
          <w:color w:val="5A5A5A"/>
          <w:sz w:val="20"/>
        </w:rPr>
        <w:t>dla umowy zawartej na odległość</w:t>
      </w:r>
    </w:p>
    <w:p w:rsidR="00995915" w:rsidRDefault="008D45A8" w:rsidP="00525B3B">
      <w:pPr>
        <w:spacing w:after="0"/>
        <w:jc w:val="center"/>
      </w:pPr>
      <w:r>
        <w:rPr>
          <w:color w:val="5A5A5A"/>
          <w:sz w:val="18"/>
        </w:rPr>
        <w:t>Pracownia Progres Beata Kuchnik | NIP 6380009216</w:t>
      </w:r>
    </w:p>
    <w:p w:rsidR="00995915" w:rsidRDefault="00995915"/>
    <w:p w:rsidR="00995915" w:rsidRDefault="008D45A8">
      <w:pPr>
        <w:pStyle w:val="Tekstpodstawowy"/>
      </w:pPr>
      <w:r>
        <w:t xml:space="preserve">Formularz należy wypełnić i odesłać tylko w przypadku zamiaru odstąpienia od umowy zawartej na odległość. Skorzystanie z formularza nie </w:t>
      </w:r>
      <w:r>
        <w:t>jest obowiązkowe.</w:t>
      </w:r>
    </w:p>
    <w:p w:rsidR="00995915" w:rsidRDefault="008D45A8">
      <w:pPr>
        <w:pStyle w:val="Nagwek1"/>
      </w:pPr>
      <w:r>
        <w:t>Adresat</w:t>
      </w:r>
      <w:bookmarkStart w:id="0" w:name="_GoBack"/>
      <w:bookmarkEnd w:id="0"/>
    </w:p>
    <w:p w:rsidR="00995915" w:rsidRDefault="008D45A8">
      <w:pPr>
        <w:pStyle w:val="Tekstpodstawowy"/>
      </w:pPr>
      <w:r>
        <w:t>Pracownia Progres Beata Kuchnik</w:t>
      </w:r>
    </w:p>
    <w:p w:rsidR="00995915" w:rsidRDefault="008D45A8">
      <w:pPr>
        <w:pStyle w:val="Tekstpodstawowy"/>
      </w:pPr>
      <w:r>
        <w:t>ul. Studzienicka 16, 43-200 Pszczyna</w:t>
      </w:r>
    </w:p>
    <w:p w:rsidR="00995915" w:rsidRDefault="008D45A8">
      <w:pPr>
        <w:pStyle w:val="Tekstpodstawowy"/>
      </w:pPr>
      <w:r>
        <w:t>e-mail: diagnoza@bcdp.pl</w:t>
      </w:r>
    </w:p>
    <w:p w:rsidR="00995915" w:rsidRDefault="008D45A8">
      <w:pPr>
        <w:pStyle w:val="Nagwek1"/>
      </w:pPr>
      <w:r>
        <w:t>Oświadczenie</w:t>
      </w:r>
    </w:p>
    <w:p w:rsidR="00995915" w:rsidRDefault="008D45A8">
      <w:pPr>
        <w:pStyle w:val="Tekstpodstawowy"/>
      </w:pPr>
      <w:r>
        <w:t>Ja niżej podpisana/y niniejszym informuję o moim odstąpieniu od umowy o świadczenie następującej usługi:</w:t>
      </w:r>
    </w:p>
    <w:p w:rsidR="00995915" w:rsidRDefault="008D45A8">
      <w:pPr>
        <w:pStyle w:val="Tekstpodstawowy"/>
      </w:pPr>
      <w:r>
        <w:t>..................</w:t>
      </w:r>
      <w:r>
        <w:t>..............................................................................................................................................................</w:t>
      </w:r>
    </w:p>
    <w:p w:rsidR="00995915" w:rsidRDefault="008D45A8">
      <w:pPr>
        <w:pStyle w:val="Tekstpodstawowy"/>
      </w:pPr>
      <w:r>
        <w:t>.................................................................................................</w:t>
      </w:r>
      <w:r>
        <w:t>...............................................................................</w:t>
      </w:r>
    </w:p>
    <w:p w:rsidR="00995915" w:rsidRDefault="008D45A8">
      <w:pPr>
        <w:pStyle w:val="Tekstpodstawowy"/>
      </w:pPr>
      <w:r>
        <w:t>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995915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Data zawarcia umowy / rezerwacji</w:t>
            </w:r>
          </w:p>
        </w:tc>
        <w:tc>
          <w:tcPr>
            <w:tcW w:w="6236" w:type="dxa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95915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Termin wizyty / usługi</w:t>
            </w:r>
          </w:p>
        </w:tc>
        <w:tc>
          <w:tcPr>
            <w:tcW w:w="6236" w:type="dxa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95915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Imię i nazwisko konsumenta</w:t>
            </w:r>
          </w:p>
        </w:tc>
        <w:tc>
          <w:tcPr>
            <w:tcW w:w="6236" w:type="dxa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95915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Adres konsumenta</w:t>
            </w:r>
          </w:p>
        </w:tc>
        <w:tc>
          <w:tcPr>
            <w:tcW w:w="6236" w:type="dxa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95915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Telefon / e-mail</w:t>
            </w:r>
          </w:p>
        </w:tc>
        <w:tc>
          <w:tcPr>
            <w:tcW w:w="6236" w:type="dxa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95915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Numer zamówienia / płatności, jeżeli znany</w:t>
            </w:r>
          </w:p>
        </w:tc>
        <w:tc>
          <w:tcPr>
            <w:tcW w:w="6236" w:type="dxa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95915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Numer rachunku d</w:t>
            </w:r>
            <w:r>
              <w:rPr>
                <w:sz w:val="19"/>
              </w:rPr>
              <w:t>o zwrotu płatności, jeżeli dotyczy</w:t>
            </w:r>
          </w:p>
        </w:tc>
        <w:tc>
          <w:tcPr>
            <w:tcW w:w="6236" w:type="dxa"/>
            <w:vAlign w:val="center"/>
          </w:tcPr>
          <w:p w:rsidR="00995915" w:rsidRDefault="008D45A8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</w:tbl>
    <w:p w:rsidR="00995915" w:rsidRDefault="00995915"/>
    <w:p w:rsidR="00995915" w:rsidRDefault="008D45A8">
      <w:pPr>
        <w:pStyle w:val="Nagwek1"/>
      </w:pPr>
      <w:r>
        <w:t>Informacja</w:t>
      </w:r>
    </w:p>
    <w:p w:rsidR="00995915" w:rsidRDefault="008D45A8">
      <w:pPr>
        <w:pStyle w:val="Tekstpodstawowy"/>
      </w:pPr>
      <w:r>
        <w:t xml:space="preserve">Prawo odstąpienia od umowy może podlegać ograniczeniom wynikającym z obowiązujących przepisów, w szczególności </w:t>
      </w:r>
      <w:r>
        <w:t>gdy usługa została w pełni wykonana za wyraźną zgodą konsumenta przed upływem terminu do odstąpienia i po poinformowaniu konsumenta o utracie prawa odstąpienia po pełnym wykonaniu usługi.</w:t>
      </w:r>
    </w:p>
    <w:p w:rsidR="00995915" w:rsidRDefault="00995915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995915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915" w:rsidRDefault="008D45A8">
            <w:r>
              <w:br/>
            </w:r>
            <w:r>
              <w:br/>
              <w:t>....................................................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5915" w:rsidRDefault="008D45A8">
            <w:r>
              <w:br/>
            </w:r>
            <w:r>
              <w:br/>
            </w:r>
            <w:r>
              <w:t>....................................................</w:t>
            </w:r>
          </w:p>
        </w:tc>
      </w:tr>
      <w:tr w:rsidR="00995915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95915" w:rsidRDefault="008D45A8">
            <w:pPr>
              <w:jc w:val="center"/>
            </w:pPr>
            <w:r>
              <w:rPr>
                <w:sz w:val="18"/>
              </w:rPr>
              <w:t>Miejscowość i data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95915" w:rsidRDefault="008D45A8">
            <w:pPr>
              <w:jc w:val="center"/>
            </w:pPr>
            <w:r>
              <w:rPr>
                <w:sz w:val="18"/>
              </w:rPr>
              <w:t>Czytelny podpis</w:t>
            </w:r>
          </w:p>
        </w:tc>
      </w:tr>
    </w:tbl>
    <w:p w:rsidR="008D45A8" w:rsidRDefault="008D45A8"/>
    <w:sectPr w:rsidR="008D45A8" w:rsidSect="00034616">
      <w:headerReference w:type="default" r:id="rId8"/>
      <w:footerReference w:type="default" r:id="rId9"/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5A8" w:rsidRDefault="008D45A8">
      <w:pPr>
        <w:spacing w:after="0" w:line="240" w:lineRule="auto"/>
      </w:pPr>
      <w:r>
        <w:separator/>
      </w:r>
    </w:p>
  </w:endnote>
  <w:endnote w:type="continuationSeparator" w:id="0">
    <w:p w:rsidR="008D45A8" w:rsidRDefault="008D4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915" w:rsidRDefault="008D45A8">
    <w:pPr>
      <w:pStyle w:val="Stopka"/>
      <w:jc w:val="center"/>
    </w:pPr>
    <w:r>
      <w:rPr>
        <w:color w:val="6E6E6E"/>
        <w:sz w:val="15"/>
      </w:rPr>
      <w:t xml:space="preserve">Pracownia Progres Beata Kuchnik | ul. </w:t>
    </w:r>
    <w:r>
      <w:rPr>
        <w:color w:val="6E6E6E"/>
        <w:sz w:val="15"/>
      </w:rPr>
      <w:t>Barlickiego 15/56, 43-300 Bielsko-Biała | diagnoza@bcdp.pl | bcdp.pl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5A8" w:rsidRDefault="008D45A8">
      <w:pPr>
        <w:spacing w:after="0" w:line="240" w:lineRule="auto"/>
      </w:pPr>
      <w:r>
        <w:separator/>
      </w:r>
    </w:p>
  </w:footnote>
  <w:footnote w:type="continuationSeparator" w:id="0">
    <w:p w:rsidR="008D45A8" w:rsidRDefault="008D4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5915" w:rsidRDefault="008D45A8">
    <w:pPr>
      <w:pStyle w:val="Nagwek"/>
      <w:jc w:val="center"/>
    </w:pPr>
    <w:r>
      <w:rPr>
        <w:color w:val="5A5A5A"/>
        <w:sz w:val="17"/>
      </w:rPr>
      <w:t>Bielskie Centrum Diagnozy Psychologicznej | Familiaspot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5B3B"/>
    <w:rsid w:val="008D45A8"/>
    <w:rsid w:val="0099591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430D8B7-840D-4493-B444-861875D6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8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BFFC01-7D09-4DEE-87E2-F7CC7BBDA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Kuchnik Beata</cp:lastModifiedBy>
  <cp:revision>2</cp:revision>
  <dcterms:created xsi:type="dcterms:W3CDTF">2026-06-04T06:52:00Z</dcterms:created>
  <dcterms:modified xsi:type="dcterms:W3CDTF">2026-06-04T06:52:00Z</dcterms:modified>
  <cp:category/>
</cp:coreProperties>
</file>