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D54" w:rsidRDefault="00821FDC" w:rsidP="009804EB">
      <w:pPr>
        <w:pStyle w:val="Tytu"/>
        <w:spacing w:after="0"/>
        <w:jc w:val="center"/>
      </w:pPr>
      <w:bookmarkStart w:id="0" w:name="_GoBack"/>
      <w:r>
        <w:t>ZGODA NA UDZIAŁ W MODELU OCHRONY DZIECKA FAMILIASPOT</w:t>
      </w:r>
    </w:p>
    <w:p w:rsidR="00834D54" w:rsidRDefault="00821FDC" w:rsidP="009804EB">
      <w:pPr>
        <w:spacing w:after="0"/>
        <w:jc w:val="center"/>
      </w:pPr>
      <w:r>
        <w:rPr>
          <w:i/>
          <w:color w:val="5A5A5A"/>
          <w:sz w:val="20"/>
        </w:rPr>
        <w:t>oświadczenia uczestnika i zasady udziału</w:t>
      </w:r>
    </w:p>
    <w:p w:rsidR="00834D54" w:rsidRDefault="00821FDC" w:rsidP="009804EB">
      <w:pPr>
        <w:spacing w:after="0"/>
        <w:jc w:val="center"/>
      </w:pPr>
      <w:r>
        <w:rPr>
          <w:color w:val="5A5A5A"/>
          <w:sz w:val="18"/>
        </w:rPr>
        <w:t>Pracownia Progres Beata Kuchnik | NIP 6380009216</w:t>
      </w:r>
    </w:p>
    <w:bookmarkEnd w:id="0"/>
    <w:p w:rsidR="00834D54" w:rsidRDefault="00834D54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834D54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834D54" w:rsidRDefault="00821FDC">
            <w:pPr>
              <w:spacing w:after="20"/>
            </w:pPr>
            <w:r>
              <w:rPr>
                <w:sz w:val="19"/>
              </w:rPr>
              <w:t>Imię i nazwisko uczestnika</w:t>
            </w:r>
          </w:p>
        </w:tc>
        <w:tc>
          <w:tcPr>
            <w:tcW w:w="6236" w:type="dxa"/>
            <w:vAlign w:val="center"/>
          </w:tcPr>
          <w:p w:rsidR="00834D54" w:rsidRDefault="00821FDC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834D54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834D54" w:rsidRDefault="00821FDC">
            <w:pPr>
              <w:spacing w:after="20"/>
            </w:pPr>
            <w:r>
              <w:rPr>
                <w:sz w:val="19"/>
              </w:rPr>
              <w:t>Telefon i e-mail</w:t>
            </w:r>
          </w:p>
        </w:tc>
        <w:tc>
          <w:tcPr>
            <w:tcW w:w="6236" w:type="dxa"/>
            <w:vAlign w:val="center"/>
          </w:tcPr>
          <w:p w:rsidR="00834D54" w:rsidRDefault="00821FDC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834D54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834D54" w:rsidRDefault="00821FDC">
            <w:pPr>
              <w:spacing w:after="20"/>
            </w:pPr>
            <w:r>
              <w:rPr>
                <w:sz w:val="19"/>
              </w:rPr>
              <w:t>Relacja do dziecka / rodziny</w:t>
            </w:r>
          </w:p>
        </w:tc>
        <w:tc>
          <w:tcPr>
            <w:tcW w:w="6236" w:type="dxa"/>
            <w:vAlign w:val="center"/>
          </w:tcPr>
          <w:p w:rsidR="00834D54" w:rsidRDefault="00821FDC">
            <w:pPr>
              <w:spacing w:after="20"/>
            </w:pPr>
            <w:r>
              <w:rPr>
                <w:sz w:val="19"/>
              </w:rPr>
              <w:t>..............</w:t>
            </w:r>
            <w:r>
              <w:rPr>
                <w:sz w:val="19"/>
              </w:rPr>
              <w:t>..................................................................................</w:t>
            </w:r>
          </w:p>
        </w:tc>
      </w:tr>
      <w:tr w:rsidR="00834D54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834D54" w:rsidRDefault="00821FDC">
            <w:pPr>
              <w:spacing w:after="20"/>
            </w:pPr>
            <w:r>
              <w:rPr>
                <w:sz w:val="19"/>
              </w:rPr>
              <w:t>Imię i nazwisko dziecka / dzieci</w:t>
            </w:r>
          </w:p>
        </w:tc>
        <w:tc>
          <w:tcPr>
            <w:tcW w:w="6236" w:type="dxa"/>
            <w:vAlign w:val="center"/>
          </w:tcPr>
          <w:p w:rsidR="00834D54" w:rsidRDefault="00821FDC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834D54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834D54" w:rsidRDefault="00821FDC">
            <w:pPr>
              <w:spacing w:after="20"/>
            </w:pPr>
            <w:r>
              <w:rPr>
                <w:sz w:val="19"/>
              </w:rPr>
              <w:t>Data pierwszej konsultacji</w:t>
            </w:r>
          </w:p>
        </w:tc>
        <w:tc>
          <w:tcPr>
            <w:tcW w:w="6236" w:type="dxa"/>
            <w:vAlign w:val="center"/>
          </w:tcPr>
          <w:p w:rsidR="00834D54" w:rsidRDefault="00821FDC">
            <w:pPr>
              <w:spacing w:after="20"/>
            </w:pPr>
            <w:r>
              <w:rPr>
                <w:sz w:val="19"/>
              </w:rPr>
              <w:t>..............</w:t>
            </w:r>
            <w:r>
              <w:rPr>
                <w:sz w:val="19"/>
              </w:rPr>
              <w:t>..................................................................................</w:t>
            </w:r>
          </w:p>
        </w:tc>
      </w:tr>
    </w:tbl>
    <w:p w:rsidR="00834D54" w:rsidRDefault="00834D54"/>
    <w:p w:rsidR="00834D54" w:rsidRDefault="00821FDC">
      <w:pPr>
        <w:pStyle w:val="Nagwek1"/>
      </w:pPr>
      <w:r>
        <w:t>Charakter Familiaspot</w:t>
      </w:r>
    </w:p>
    <w:p w:rsidR="00834D54" w:rsidRDefault="00821FDC">
      <w:pPr>
        <w:pStyle w:val="Tekstpodstawowy"/>
      </w:pPr>
      <w:r>
        <w:t xml:space="preserve">Familiaspot jest modelem ochrony dziecka w sytuacji kryzysu i reorganizacji rodziny. Jego celem jest wspieranie dorosłych w porządkowaniu zasad </w:t>
      </w:r>
      <w:r>
        <w:t>współpracy wokół potrzeb dziecka oraz ograniczanie czynników obciążających dziecko w sytuacji konfliktu lub zmiany organizacji życia rodzinnego.</w:t>
      </w:r>
    </w:p>
    <w:p w:rsidR="00834D54" w:rsidRDefault="00821FDC">
      <w:pPr>
        <w:pStyle w:val="Tekstpodstawowy"/>
      </w:pPr>
      <w:r>
        <w:t xml:space="preserve">Familiaspot nie jest terapią par, mediacją, opiniowaniem psychologicznym, badaniem OZSS, postępowaniem sądowym </w:t>
      </w:r>
      <w:r>
        <w:t>ani narzędziem służącym do ustalania winy któregokolwiek z rodziców. Nie służy budowaniu strategii procesowej, gromadzeniu dowodów przeciwko drugiemu rodzicowi ani wywieraniu presji na dziecko lub innego opiekuna.</w:t>
      </w:r>
    </w:p>
    <w:p w:rsidR="00834D54" w:rsidRDefault="00821FDC">
      <w:pPr>
        <w:pStyle w:val="Nagwek1"/>
      </w:pPr>
      <w:r>
        <w:t>Oświadczenia uczestnika</w:t>
      </w:r>
    </w:p>
    <w:p w:rsidR="00834D54" w:rsidRDefault="00821FDC">
      <w:pPr>
        <w:pStyle w:val="Tekstpodstawowy"/>
      </w:pPr>
      <w:r>
        <w:rPr>
          <w:b/>
        </w:rPr>
        <w:t xml:space="preserve">[ ] </w:t>
      </w:r>
      <w:r>
        <w:t>Oświadczam, że</w:t>
      </w:r>
      <w:r>
        <w:t xml:space="preserve"> zapoznałam/em się z informacją o charakterze Familiaspot i rozumiem, czym ten model jest oraz czym nie jest.</w:t>
      </w:r>
    </w:p>
    <w:p w:rsidR="00834D54" w:rsidRDefault="00821FDC">
      <w:pPr>
        <w:pStyle w:val="Tekstpodstawowy"/>
      </w:pPr>
      <w:r>
        <w:rPr>
          <w:b/>
        </w:rPr>
        <w:t xml:space="preserve">[ ] </w:t>
      </w:r>
      <w:r>
        <w:t>Przyjmuję do wiadomości, że udział w Familiaspot wymaga pierwszej konsultacji i kwalifikacji wstępnej.</w:t>
      </w:r>
    </w:p>
    <w:p w:rsidR="00834D54" w:rsidRDefault="00821FDC">
      <w:pPr>
        <w:pStyle w:val="Tekstpodstawowy"/>
      </w:pPr>
      <w:r>
        <w:rPr>
          <w:b/>
        </w:rPr>
        <w:t xml:space="preserve">[ ] </w:t>
      </w:r>
      <w:r>
        <w:t>Zobowiązuję się uczestniczyć w spot</w:t>
      </w:r>
      <w:r>
        <w:t>kaniach w sposób spokojny, rzeczowy i nienaruszający godności innych osób.</w:t>
      </w:r>
    </w:p>
    <w:p w:rsidR="00834D54" w:rsidRDefault="00821FDC">
      <w:pPr>
        <w:pStyle w:val="Tekstpodstawowy"/>
      </w:pPr>
      <w:r>
        <w:rPr>
          <w:b/>
        </w:rPr>
        <w:t xml:space="preserve">[ ] </w:t>
      </w:r>
      <w:r>
        <w:t>Zobowiązuję się nie wykorzystywać spotkań do atakowania, zawstydzania, zastraszania, obwiniania lub dyskredytowania drugiego rodzica albo innego uczestnika.</w:t>
      </w:r>
    </w:p>
    <w:p w:rsidR="00834D54" w:rsidRDefault="00821FDC">
      <w:pPr>
        <w:pStyle w:val="Tekstpodstawowy"/>
      </w:pPr>
      <w:r>
        <w:rPr>
          <w:b/>
        </w:rPr>
        <w:t xml:space="preserve">[ ] </w:t>
      </w:r>
      <w:r>
        <w:t xml:space="preserve">Zobowiązuję się </w:t>
      </w:r>
      <w:r>
        <w:t>nie wykorzystywać dziecka jako źródła informacji o drugim rodzicu ani nie wywierać na dziecko presji związanej z udziałem w programie.</w:t>
      </w:r>
    </w:p>
    <w:p w:rsidR="00834D54" w:rsidRDefault="00821FDC">
      <w:pPr>
        <w:pStyle w:val="Tekstpodstawowy"/>
      </w:pPr>
      <w:r>
        <w:rPr>
          <w:b/>
        </w:rPr>
        <w:t xml:space="preserve">[ ] </w:t>
      </w:r>
      <w:r>
        <w:t>Przyjmuję do wiadomości zakaz nagrywania, fotografowania, transmitowania i utrwalania spotkań bez uprzedniej, wyraźne</w:t>
      </w:r>
      <w:r>
        <w:t>j zgody specjalisty oraz wszystkich uczestników.</w:t>
      </w:r>
    </w:p>
    <w:p w:rsidR="00834D54" w:rsidRDefault="00821FDC">
      <w:pPr>
        <w:pStyle w:val="Tekstpodstawowy"/>
      </w:pPr>
      <w:r>
        <w:rPr>
          <w:b/>
        </w:rPr>
        <w:t xml:space="preserve">[ ] </w:t>
      </w:r>
      <w:r>
        <w:t>Przyjmuję do wiadomości, że materiały Familiaspot są objęte ochroną i nie wolno ich kopiować, publikować, udostępniać osobom trzecim ani wykorzystywać poza osobistą pracą rodzicielską.</w:t>
      </w:r>
    </w:p>
    <w:p w:rsidR="00834D54" w:rsidRDefault="00821FDC">
      <w:pPr>
        <w:pStyle w:val="Tekstpodstawowy"/>
      </w:pPr>
      <w:r>
        <w:rPr>
          <w:b/>
        </w:rPr>
        <w:t xml:space="preserve">[ ] </w:t>
      </w:r>
      <w:r>
        <w:t>Przyjmuję do w</w:t>
      </w:r>
      <w:r>
        <w:t>iadomości, że spotkanie może zostać przerwane albo udział w Familiaspot zakończony, jeżeli zachowanie uczestnika zagraża dobru dziecka, bezpieczeństwu osób, zasadom programu albo prawidłowemu przebiegowi pracy.</w:t>
      </w:r>
    </w:p>
    <w:p w:rsidR="00834D54" w:rsidRDefault="00821FDC">
      <w:pPr>
        <w:pStyle w:val="Tekstpodstawowy"/>
      </w:pPr>
      <w:r>
        <w:rPr>
          <w:b/>
        </w:rPr>
        <w:t xml:space="preserve">[ ] </w:t>
      </w:r>
      <w:r>
        <w:t>Oświadczam, że nie będę uczestniczyć w sp</w:t>
      </w:r>
      <w:r>
        <w:t>otkaniach pod wpływem alkoholu, środków psychoaktywnych ani w stanie uniemożliwiającym bezpieczny udział.</w:t>
      </w:r>
    </w:p>
    <w:p w:rsidR="00834D54" w:rsidRDefault="00821FDC">
      <w:pPr>
        <w:pStyle w:val="Nagwek1"/>
      </w:pPr>
      <w:r>
        <w:t>Poufność i informacje dla organów</w:t>
      </w:r>
    </w:p>
    <w:p w:rsidR="00834D54" w:rsidRDefault="00821FDC">
      <w:pPr>
        <w:pStyle w:val="Tekstpodstawowy"/>
      </w:pPr>
      <w:r>
        <w:t>Informacje uzyskane podczas spotkań są objęte poufnością z wyjątkami przewidzianymi prawem. W ramach Familiaspot nie</w:t>
      </w:r>
      <w:r>
        <w:t xml:space="preserve"> jest prowadzona dokumentacja opiniodawcza. Na wniosek sądu mogą zostać przekazane wyłącznie informacje techniczne dotyczące udziału w spotkaniach, jeżeli obowiązek taki wynika z przepisów prawa lub zobowiązania właściwego organu.</w:t>
      </w:r>
    </w:p>
    <w:p w:rsidR="00834D54" w:rsidRDefault="00821FDC">
      <w:pPr>
        <w:pStyle w:val="Nagwek1"/>
      </w:pPr>
      <w:r>
        <w:lastRenderedPageBreak/>
        <w:t>Zgoda</w:t>
      </w:r>
    </w:p>
    <w:p w:rsidR="00834D54" w:rsidRDefault="00821FDC">
      <w:pPr>
        <w:pStyle w:val="Tekstpodstawowy"/>
      </w:pPr>
      <w:r>
        <w:t>Wyrażam zgodę na ud</w:t>
      </w:r>
      <w:r>
        <w:t>ział w modelu ochrony dziecka Familiaspot oraz potwierdzam akceptację powyższych zasad.</w:t>
      </w:r>
    </w:p>
    <w:p w:rsidR="00834D54" w:rsidRDefault="00834D54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834D54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4D54" w:rsidRDefault="00821FDC">
            <w:r>
              <w:br/>
            </w:r>
            <w:r>
              <w:br/>
              <w:t>....................................................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4D54" w:rsidRDefault="00821FDC">
            <w:r>
              <w:br/>
            </w:r>
            <w:r>
              <w:br/>
              <w:t>....................................................</w:t>
            </w:r>
          </w:p>
        </w:tc>
      </w:tr>
      <w:tr w:rsidR="00834D54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34D54" w:rsidRDefault="00821FDC">
            <w:pPr>
              <w:jc w:val="center"/>
            </w:pPr>
            <w:r>
              <w:rPr>
                <w:sz w:val="18"/>
              </w:rPr>
              <w:t>Miejscowość i data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34D54" w:rsidRDefault="00821FDC">
            <w:pPr>
              <w:jc w:val="center"/>
            </w:pPr>
            <w:r>
              <w:rPr>
                <w:sz w:val="18"/>
              </w:rPr>
              <w:t>Czytelny podpis</w:t>
            </w:r>
          </w:p>
        </w:tc>
      </w:tr>
    </w:tbl>
    <w:p w:rsidR="00821FDC" w:rsidRDefault="00821FDC"/>
    <w:sectPr w:rsidR="00821FDC" w:rsidSect="00034616">
      <w:headerReference w:type="default" r:id="rId8"/>
      <w:footerReference w:type="default" r:id="rId9"/>
      <w:pgSz w:w="11906" w:h="16838"/>
      <w:pgMar w:top="1134" w:right="1020" w:bottom="113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1FDC" w:rsidRDefault="00821FDC">
      <w:pPr>
        <w:spacing w:after="0" w:line="240" w:lineRule="auto"/>
      </w:pPr>
      <w:r>
        <w:separator/>
      </w:r>
    </w:p>
  </w:endnote>
  <w:endnote w:type="continuationSeparator" w:id="0">
    <w:p w:rsidR="00821FDC" w:rsidRDefault="00821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D54" w:rsidRDefault="00821FDC">
    <w:pPr>
      <w:pStyle w:val="Stopka"/>
      <w:jc w:val="center"/>
    </w:pPr>
    <w:r>
      <w:rPr>
        <w:color w:val="6E6E6E"/>
        <w:sz w:val="15"/>
      </w:rPr>
      <w:t>Pracownia Progres Beata Kuchnik | ul. Barlickiego 15/56, 43-300 Bielsko-Biała | diagnoza@bcdp.pl | bcdp.pl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1FDC" w:rsidRDefault="00821FDC">
      <w:pPr>
        <w:spacing w:after="0" w:line="240" w:lineRule="auto"/>
      </w:pPr>
      <w:r>
        <w:separator/>
      </w:r>
    </w:p>
  </w:footnote>
  <w:footnote w:type="continuationSeparator" w:id="0">
    <w:p w:rsidR="00821FDC" w:rsidRDefault="00821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D54" w:rsidRDefault="00821FDC">
    <w:pPr>
      <w:pStyle w:val="Nagwek"/>
      <w:jc w:val="center"/>
    </w:pPr>
    <w:r>
      <w:rPr>
        <w:color w:val="5A5A5A"/>
        <w:sz w:val="17"/>
      </w:rPr>
      <w:t>Bielskie Centrum Diagnozy Psychologicznej | Familiaspot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21FDC"/>
    <w:rsid w:val="00834D54"/>
    <w:rsid w:val="009804E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A9E853E-BE94-4277-A1E3-2859E9C0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80" w:line="259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B18AAD-04E2-485D-9444-904D23048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2979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Kuchnik Beata</cp:lastModifiedBy>
  <cp:revision>2</cp:revision>
  <dcterms:created xsi:type="dcterms:W3CDTF">2026-06-04T06:49:00Z</dcterms:created>
  <dcterms:modified xsi:type="dcterms:W3CDTF">2026-06-04T06:49:00Z</dcterms:modified>
  <cp:category/>
</cp:coreProperties>
</file>