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407F" w:rsidRDefault="00896419" w:rsidP="00481A7C">
      <w:pPr>
        <w:pStyle w:val="Tytu"/>
        <w:spacing w:after="0"/>
        <w:jc w:val="center"/>
      </w:pPr>
      <w:r>
        <w:t>OŚWIADCZENIE O POSTĘPOWANIACH SĄDOWYCH, OZSS I INTERWENCJACH INSTYTUCJI</w:t>
      </w:r>
    </w:p>
    <w:p w:rsidR="0070407F" w:rsidRDefault="00896419" w:rsidP="00481A7C">
      <w:pPr>
        <w:spacing w:after="0"/>
        <w:jc w:val="center"/>
      </w:pPr>
      <w:r>
        <w:rPr>
          <w:i/>
          <w:color w:val="5A5A5A"/>
          <w:sz w:val="20"/>
        </w:rPr>
        <w:t>dotyczących dziecka lub sytuacji rodzinnej</w:t>
      </w:r>
    </w:p>
    <w:p w:rsidR="0070407F" w:rsidRDefault="00896419" w:rsidP="00481A7C">
      <w:pPr>
        <w:spacing w:after="0"/>
        <w:jc w:val="center"/>
      </w:pPr>
      <w:r>
        <w:rPr>
          <w:color w:val="5A5A5A"/>
          <w:sz w:val="18"/>
        </w:rPr>
        <w:t>Pracownia Progres Beata Kuchnik | NIP 6380009216</w:t>
      </w:r>
    </w:p>
    <w:p w:rsidR="0070407F" w:rsidRDefault="0070407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70407F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70407F" w:rsidRDefault="00896419">
            <w:pPr>
              <w:spacing w:after="20"/>
            </w:pPr>
            <w:r>
              <w:rPr>
                <w:sz w:val="19"/>
              </w:rPr>
              <w:t>Imię i nazwisko dziecka</w:t>
            </w:r>
          </w:p>
        </w:tc>
        <w:tc>
          <w:tcPr>
            <w:tcW w:w="6236" w:type="dxa"/>
            <w:vAlign w:val="center"/>
          </w:tcPr>
          <w:p w:rsidR="0070407F" w:rsidRDefault="00896419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70407F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70407F" w:rsidRDefault="00896419">
            <w:pPr>
              <w:spacing w:after="20"/>
            </w:pPr>
            <w:r>
              <w:rPr>
                <w:sz w:val="19"/>
              </w:rPr>
              <w:t>Data urodzenia / PESEL</w:t>
            </w:r>
          </w:p>
        </w:tc>
        <w:tc>
          <w:tcPr>
            <w:tcW w:w="6236" w:type="dxa"/>
            <w:vAlign w:val="center"/>
          </w:tcPr>
          <w:p w:rsidR="0070407F" w:rsidRDefault="00896419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70407F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70407F" w:rsidRDefault="00896419">
            <w:pPr>
              <w:spacing w:after="20"/>
            </w:pPr>
            <w:r>
              <w:rPr>
                <w:sz w:val="19"/>
              </w:rPr>
              <w:t>Imię i nazwisko osoby składającej ośw</w:t>
            </w:r>
            <w:r>
              <w:rPr>
                <w:sz w:val="19"/>
              </w:rPr>
              <w:t>iadczenie</w:t>
            </w:r>
          </w:p>
        </w:tc>
        <w:tc>
          <w:tcPr>
            <w:tcW w:w="6236" w:type="dxa"/>
            <w:vAlign w:val="center"/>
          </w:tcPr>
          <w:p w:rsidR="0070407F" w:rsidRDefault="00896419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70407F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70407F" w:rsidRDefault="00896419">
            <w:pPr>
              <w:spacing w:after="20"/>
            </w:pPr>
            <w:r>
              <w:rPr>
                <w:sz w:val="19"/>
              </w:rPr>
              <w:t>Data złożenia oświadczenia</w:t>
            </w:r>
          </w:p>
        </w:tc>
        <w:tc>
          <w:tcPr>
            <w:tcW w:w="6236" w:type="dxa"/>
            <w:vAlign w:val="center"/>
          </w:tcPr>
          <w:p w:rsidR="0070407F" w:rsidRDefault="00896419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</w:tbl>
    <w:p w:rsidR="0070407F" w:rsidRDefault="0070407F"/>
    <w:p w:rsidR="0070407F" w:rsidRDefault="00896419">
      <w:pPr>
        <w:pStyle w:val="Nagwek1"/>
      </w:pPr>
      <w:r>
        <w:t>Oświadczenie ogólne</w:t>
      </w:r>
    </w:p>
    <w:p w:rsidR="0070407F" w:rsidRDefault="00896419">
      <w:pPr>
        <w:pStyle w:val="Tekstpodstawowy"/>
      </w:pPr>
      <w:r>
        <w:rPr>
          <w:b/>
        </w:rPr>
        <w:t xml:space="preserve">[ </w:t>
      </w:r>
      <w:r>
        <w:rPr>
          <w:b/>
        </w:rPr>
        <w:t xml:space="preserve">] </w:t>
      </w:r>
      <w:r>
        <w:t>Oświadczam, że nie toczą się i nie toczyły się znane mi postępowania sądowe dotyczące dziecka, rodziny, władzy rodzicielskiej, kontaktów, opieki, pieczy, przemocy lub zagrożenia dobra dziecka.</w:t>
      </w:r>
    </w:p>
    <w:p w:rsidR="0070407F" w:rsidRDefault="00896419">
      <w:pPr>
        <w:pStyle w:val="Tekstpodstawowy"/>
      </w:pPr>
      <w:r>
        <w:rPr>
          <w:b/>
        </w:rPr>
        <w:t xml:space="preserve">[ ] </w:t>
      </w:r>
      <w:r>
        <w:t>Oświadczam, że toczą się albo toczyły się postępowania lu</w:t>
      </w:r>
      <w:r>
        <w:t>b interwencje wskazane poniżej.</w:t>
      </w:r>
    </w:p>
    <w:p w:rsidR="0070407F" w:rsidRDefault="00896419">
      <w:pPr>
        <w:pStyle w:val="Nagwek1"/>
      </w:pPr>
      <w:r>
        <w:t>Postępowania sądowe</w:t>
      </w:r>
    </w:p>
    <w:p w:rsidR="0070407F" w:rsidRDefault="00896419">
      <w:pPr>
        <w:pStyle w:val="Tekstpodstawowy"/>
      </w:pPr>
      <w:r>
        <w:rPr>
          <w:b/>
        </w:rPr>
        <w:t xml:space="preserve">[ ] </w:t>
      </w:r>
      <w:r>
        <w:t>Sprawa o władzę rodzicielską.</w:t>
      </w:r>
    </w:p>
    <w:p w:rsidR="0070407F" w:rsidRDefault="00896419">
      <w:pPr>
        <w:pStyle w:val="Tekstpodstawowy"/>
      </w:pPr>
      <w:r>
        <w:rPr>
          <w:b/>
        </w:rPr>
        <w:t xml:space="preserve">[ ] </w:t>
      </w:r>
      <w:r>
        <w:t>Sprawa o miejsce pobytu dziecka.</w:t>
      </w:r>
    </w:p>
    <w:p w:rsidR="0070407F" w:rsidRDefault="00896419">
      <w:pPr>
        <w:pStyle w:val="Tekstpodstawowy"/>
      </w:pPr>
      <w:r>
        <w:rPr>
          <w:b/>
        </w:rPr>
        <w:t xml:space="preserve">[ ] </w:t>
      </w:r>
      <w:r>
        <w:t>Sprawa o kontakty z dzieckiem.</w:t>
      </w:r>
    </w:p>
    <w:p w:rsidR="0070407F" w:rsidRDefault="00896419">
      <w:pPr>
        <w:pStyle w:val="Tekstpodstawowy"/>
      </w:pPr>
      <w:r>
        <w:rPr>
          <w:b/>
        </w:rPr>
        <w:t xml:space="preserve">[ ] </w:t>
      </w:r>
      <w:r>
        <w:t>Sprawa o zabezpieczenie kontaktów / opieki / miejsca pobytu.</w:t>
      </w:r>
    </w:p>
    <w:p w:rsidR="0070407F" w:rsidRDefault="00896419">
      <w:pPr>
        <w:pStyle w:val="Tekstpodstawowy"/>
      </w:pPr>
      <w:r>
        <w:rPr>
          <w:b/>
        </w:rPr>
        <w:t xml:space="preserve">[ ] </w:t>
      </w:r>
      <w:r>
        <w:t xml:space="preserve">Sprawa o przemoc / ochronę </w:t>
      </w:r>
      <w:r>
        <w:t>dziecka / zakaz kontaktów / zakaz zbliżania.</w:t>
      </w:r>
    </w:p>
    <w:p w:rsidR="0070407F" w:rsidRDefault="00896419">
      <w:pPr>
        <w:pStyle w:val="Tekstpodstawowy"/>
      </w:pPr>
      <w:r>
        <w:rPr>
          <w:b/>
        </w:rPr>
        <w:t xml:space="preserve">[ ] </w:t>
      </w:r>
      <w:r>
        <w:t>Sprawa karna lub postępowanie przygotowawcze dotyczące dziecka, rodzica lub innej osoby z rodziny.</w:t>
      </w:r>
    </w:p>
    <w:p w:rsidR="0070407F" w:rsidRDefault="00896419">
      <w:pPr>
        <w:pStyle w:val="Tekstpodstawowy"/>
      </w:pPr>
      <w:r>
        <w:rPr>
          <w:b/>
        </w:rPr>
        <w:t xml:space="preserve">[ ] </w:t>
      </w:r>
      <w:r>
        <w:t>Inne postępowanie: .....................................................................................</w:t>
      </w:r>
      <w:r>
        <w:t>...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70407F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70407F" w:rsidRDefault="00896419">
            <w:pPr>
              <w:spacing w:after="20"/>
            </w:pPr>
            <w:r>
              <w:rPr>
                <w:sz w:val="19"/>
              </w:rPr>
              <w:t>Sąd / prokuratura / sygnatura, jeżeli znana</w:t>
            </w:r>
          </w:p>
        </w:tc>
        <w:tc>
          <w:tcPr>
            <w:tcW w:w="6236" w:type="dxa"/>
            <w:vAlign w:val="center"/>
          </w:tcPr>
          <w:p w:rsidR="0070407F" w:rsidRDefault="00896419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70407F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70407F" w:rsidRDefault="00896419">
            <w:pPr>
              <w:spacing w:after="20"/>
            </w:pPr>
            <w:r>
              <w:rPr>
                <w:sz w:val="19"/>
              </w:rPr>
              <w:t>Etap sprawy</w:t>
            </w:r>
          </w:p>
        </w:tc>
        <w:tc>
          <w:tcPr>
            <w:tcW w:w="6236" w:type="dxa"/>
            <w:vAlign w:val="center"/>
          </w:tcPr>
          <w:p w:rsidR="0070407F" w:rsidRDefault="00896419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70407F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70407F" w:rsidRDefault="00896419">
            <w:pPr>
              <w:spacing w:after="20"/>
            </w:pPr>
            <w:r>
              <w:rPr>
                <w:sz w:val="19"/>
              </w:rPr>
              <w:t>Najważniejsze postanowienia lub ustalenia</w:t>
            </w:r>
          </w:p>
        </w:tc>
        <w:tc>
          <w:tcPr>
            <w:tcW w:w="6236" w:type="dxa"/>
            <w:vAlign w:val="center"/>
          </w:tcPr>
          <w:p w:rsidR="0070407F" w:rsidRDefault="00896419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</w:tbl>
    <w:p w:rsidR="0070407F" w:rsidRDefault="0070407F"/>
    <w:p w:rsidR="0070407F" w:rsidRDefault="00896419">
      <w:pPr>
        <w:pStyle w:val="Nagwek1"/>
      </w:pPr>
      <w:r>
        <w:t>Badania, opinie i interwencje instytucji</w:t>
      </w:r>
    </w:p>
    <w:p w:rsidR="0070407F" w:rsidRDefault="00896419">
      <w:pPr>
        <w:pStyle w:val="Tekstpodstawowy"/>
      </w:pPr>
      <w:r>
        <w:rPr>
          <w:b/>
        </w:rPr>
        <w:t xml:space="preserve">[ ] </w:t>
      </w:r>
      <w:r>
        <w:t>Dziecko / rodzice byli badani w OZSS.</w:t>
      </w:r>
    </w:p>
    <w:p w:rsidR="0070407F" w:rsidRDefault="00896419">
      <w:pPr>
        <w:pStyle w:val="Tekstpodstawowy"/>
      </w:pPr>
      <w:r>
        <w:rPr>
          <w:b/>
        </w:rPr>
        <w:t xml:space="preserve">[ ] </w:t>
      </w:r>
      <w:r>
        <w:t>Badanie w OZSS jest planowan</w:t>
      </w:r>
      <w:r>
        <w:t>e lub zostało zlecone.</w:t>
      </w:r>
    </w:p>
    <w:p w:rsidR="0070407F" w:rsidRDefault="00896419">
      <w:pPr>
        <w:pStyle w:val="Tekstpodstawowy"/>
      </w:pPr>
      <w:r>
        <w:rPr>
          <w:b/>
        </w:rPr>
        <w:t xml:space="preserve">[ ] </w:t>
      </w:r>
      <w:r>
        <w:t>W sprawie występuje kurator sądowy.</w:t>
      </w:r>
    </w:p>
    <w:p w:rsidR="0070407F" w:rsidRDefault="00896419">
      <w:pPr>
        <w:pStyle w:val="Tekstpodstawowy"/>
      </w:pPr>
      <w:r>
        <w:rPr>
          <w:b/>
        </w:rPr>
        <w:t xml:space="preserve">[ ] </w:t>
      </w:r>
      <w:r>
        <w:t>W sprawie była lub jest prowadzona procedura Niebieskie Karty.</w:t>
      </w:r>
    </w:p>
    <w:p w:rsidR="0070407F" w:rsidRDefault="00896419">
      <w:pPr>
        <w:pStyle w:val="Tekstpodstawowy"/>
      </w:pPr>
      <w:r>
        <w:rPr>
          <w:b/>
        </w:rPr>
        <w:t xml:space="preserve">[ ] </w:t>
      </w:r>
      <w:r>
        <w:t>W sprawę zaangażowany jest MOPS/GOPS/PCPR lub inna instytucja pomocy społecznej.</w:t>
      </w:r>
    </w:p>
    <w:p w:rsidR="0070407F" w:rsidRDefault="00896419">
      <w:pPr>
        <w:pStyle w:val="Tekstpodstawowy"/>
      </w:pPr>
      <w:r>
        <w:rPr>
          <w:b/>
        </w:rPr>
        <w:t xml:space="preserve">[ ] </w:t>
      </w:r>
      <w:r>
        <w:t xml:space="preserve">W sprawę zaangażowana była szkoła, </w:t>
      </w:r>
      <w:r>
        <w:t>przedszkole, poradnia psychologiczno-pedagogiczna lub placówka medyczna.</w:t>
      </w:r>
    </w:p>
    <w:p w:rsidR="0070407F" w:rsidRDefault="00896419">
      <w:pPr>
        <w:pStyle w:val="Tekstpodstawowy"/>
      </w:pPr>
      <w:r>
        <w:rPr>
          <w:b/>
        </w:rPr>
        <w:t xml:space="preserve">[ ] </w:t>
      </w:r>
      <w:r>
        <w:t>W sprawie sporządzono opinie, zaświadczenia lub notatki urzędowe dotyczące dziecka lub rodziny.</w:t>
      </w:r>
    </w:p>
    <w:p w:rsidR="0070407F" w:rsidRDefault="00896419">
      <w:pPr>
        <w:pStyle w:val="Nagwek1"/>
      </w:pPr>
      <w:r>
        <w:lastRenderedPageBreak/>
        <w:t>Opis istotnych okoliczności</w:t>
      </w:r>
    </w:p>
    <w:p w:rsidR="0070407F" w:rsidRDefault="00896419">
      <w:pPr>
        <w:pStyle w:val="Tekstpodstawowy"/>
      </w:pPr>
      <w:r>
        <w:t>...........................................................................................................................................................................</w:t>
      </w:r>
      <w:bookmarkStart w:id="0" w:name="_GoBack"/>
      <w:bookmarkEnd w:id="0"/>
      <w:r>
        <w:t>.....</w:t>
      </w:r>
    </w:p>
    <w:p w:rsidR="0070407F" w:rsidRDefault="00896419">
      <w:pPr>
        <w:pStyle w:val="Tekstpodstawowy"/>
      </w:pPr>
      <w:r>
        <w:t>...............................................................................</w:t>
      </w:r>
      <w:r>
        <w:t>.................................................................................................</w:t>
      </w:r>
    </w:p>
    <w:p w:rsidR="0070407F" w:rsidRDefault="00896419">
      <w:pPr>
        <w:pStyle w:val="Tekstpodstawowy"/>
      </w:pPr>
      <w:r>
        <w:t>..............................................................................................................................................................</w:t>
      </w:r>
      <w:r>
        <w:t>..................</w:t>
      </w:r>
    </w:p>
    <w:p w:rsidR="0070407F" w:rsidRDefault="00896419">
      <w:pPr>
        <w:pStyle w:val="Tekstpodstawowy"/>
      </w:pPr>
      <w:r>
        <w:t>................................................................................................................................................................................</w:t>
      </w:r>
    </w:p>
    <w:p w:rsidR="0070407F" w:rsidRDefault="00896419">
      <w:pPr>
        <w:pStyle w:val="Tekstpodstawowy"/>
      </w:pPr>
      <w:r>
        <w:t>............................................................</w:t>
      </w:r>
      <w:r>
        <w:t>....................................................................................................................</w:t>
      </w:r>
    </w:p>
    <w:p w:rsidR="0070407F" w:rsidRDefault="00896419">
      <w:pPr>
        <w:pStyle w:val="Tekstpodstawowy"/>
      </w:pPr>
      <w:r>
        <w:t>...........................................................................................................................................</w:t>
      </w:r>
      <w:r>
        <w:t>.....................................</w:t>
      </w:r>
    </w:p>
    <w:p w:rsidR="0070407F" w:rsidRDefault="00896419">
      <w:pPr>
        <w:pStyle w:val="Tekstpodstawowy"/>
      </w:pPr>
      <w:r>
        <w:t>................................................................................................................................................................................</w:t>
      </w:r>
    </w:p>
    <w:p w:rsidR="0070407F" w:rsidRDefault="00896419">
      <w:pPr>
        <w:pStyle w:val="Tekstpodstawowy"/>
      </w:pPr>
      <w:r>
        <w:t>.........................................</w:t>
      </w:r>
      <w:r>
        <w:t>.......................................................................................................................................</w:t>
      </w:r>
    </w:p>
    <w:p w:rsidR="0070407F" w:rsidRDefault="00896419">
      <w:pPr>
        <w:pStyle w:val="Nagwek1"/>
      </w:pPr>
      <w:r>
        <w:t>Potwierdzenie</w:t>
      </w:r>
    </w:p>
    <w:p w:rsidR="0070407F" w:rsidRDefault="00896419">
      <w:pPr>
        <w:pStyle w:val="Tekstpodstawowy"/>
      </w:pPr>
      <w:r>
        <w:t>Zobowiązuję się niezwłocznie poinformować specjalistę o każdej zmianie sytuacji prawnej lub rodzinnej mogą</w:t>
      </w:r>
      <w:r>
        <w:t>cej mieć znaczenie dla bezpieczeństwa dziecka i prawidłowej realizacji usługi. Potwierdzam, że podane informacje są prawdziwe, aktualne i kompletne.</w:t>
      </w:r>
    </w:p>
    <w:p w:rsidR="0070407F" w:rsidRDefault="0070407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70407F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07F" w:rsidRDefault="00896419">
            <w:r>
              <w:br/>
            </w:r>
            <w:r>
              <w:br/>
              <w:t>....................................................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07F" w:rsidRDefault="00896419">
            <w:r>
              <w:br/>
            </w:r>
            <w:r>
              <w:br/>
              <w:t>.................................................</w:t>
            </w:r>
            <w:r>
              <w:t>...</w:t>
            </w:r>
          </w:p>
        </w:tc>
      </w:tr>
      <w:tr w:rsidR="0070407F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70407F" w:rsidRDefault="00896419">
            <w:pPr>
              <w:jc w:val="center"/>
            </w:pPr>
            <w:r>
              <w:rPr>
                <w:sz w:val="18"/>
              </w:rPr>
              <w:t>Miejscowość i data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70407F" w:rsidRDefault="00896419">
            <w:pPr>
              <w:jc w:val="center"/>
            </w:pPr>
            <w:r>
              <w:rPr>
                <w:sz w:val="18"/>
              </w:rPr>
              <w:t>Czytelny podpis</w:t>
            </w:r>
          </w:p>
        </w:tc>
      </w:tr>
    </w:tbl>
    <w:p w:rsidR="00896419" w:rsidRDefault="00896419"/>
    <w:sectPr w:rsidR="00896419" w:rsidSect="00034616">
      <w:headerReference w:type="default" r:id="rId8"/>
      <w:footerReference w:type="default" r:id="rId9"/>
      <w:pgSz w:w="11906" w:h="16838"/>
      <w:pgMar w:top="1134" w:right="1020" w:bottom="113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6419" w:rsidRDefault="00896419">
      <w:pPr>
        <w:spacing w:after="0" w:line="240" w:lineRule="auto"/>
      </w:pPr>
      <w:r>
        <w:separator/>
      </w:r>
    </w:p>
  </w:endnote>
  <w:endnote w:type="continuationSeparator" w:id="0">
    <w:p w:rsidR="00896419" w:rsidRDefault="00896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407F" w:rsidRDefault="00896419">
    <w:pPr>
      <w:pStyle w:val="Stopka"/>
      <w:jc w:val="center"/>
    </w:pPr>
    <w:r>
      <w:rPr>
        <w:color w:val="6E6E6E"/>
        <w:sz w:val="15"/>
      </w:rPr>
      <w:t xml:space="preserve">Pracownia Progres Beata Kuchnik | ul. Barlickiego 15/56, 43-300 Bielsko-Biała | </w:t>
    </w:r>
    <w:r>
      <w:rPr>
        <w:color w:val="6E6E6E"/>
        <w:sz w:val="15"/>
      </w:rPr>
      <w:t>diagnoza@bcdp.pl | bcdp.pl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6419" w:rsidRDefault="00896419">
      <w:pPr>
        <w:spacing w:after="0" w:line="240" w:lineRule="auto"/>
      </w:pPr>
      <w:r>
        <w:separator/>
      </w:r>
    </w:p>
  </w:footnote>
  <w:footnote w:type="continuationSeparator" w:id="0">
    <w:p w:rsidR="00896419" w:rsidRDefault="00896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407F" w:rsidRDefault="00896419">
    <w:pPr>
      <w:pStyle w:val="Nagwek"/>
      <w:jc w:val="center"/>
    </w:pPr>
    <w:r>
      <w:rPr>
        <w:color w:val="5A5A5A"/>
        <w:sz w:val="17"/>
      </w:rPr>
      <w:t>Bielskie Centrum Diagnozy Psychologicznej | Familiaspot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81A7C"/>
    <w:rsid w:val="0070407F"/>
    <w:rsid w:val="0089641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68F875D-0700-4EF8-9255-23FC94F29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80" w:line="259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DAE33C-6466-4E1A-A8D6-F287F1441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3659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Kuchnik Beata</cp:lastModifiedBy>
  <cp:revision>2</cp:revision>
  <dcterms:created xsi:type="dcterms:W3CDTF">2026-06-04T06:48:00Z</dcterms:created>
  <dcterms:modified xsi:type="dcterms:W3CDTF">2026-06-04T06:48:00Z</dcterms:modified>
  <cp:category/>
</cp:coreProperties>
</file>