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49B" w:rsidRDefault="00FB356C" w:rsidP="006A137F">
      <w:pPr>
        <w:pStyle w:val="Tytu"/>
        <w:spacing w:after="0"/>
        <w:jc w:val="center"/>
      </w:pPr>
      <w:r>
        <w:t>OŚWIADCZENIE O WŁADZY RODZICIELSKIEJ</w:t>
      </w:r>
    </w:p>
    <w:p w:rsidR="00E3149B" w:rsidRDefault="00FB356C" w:rsidP="006A137F">
      <w:pPr>
        <w:spacing w:after="0"/>
        <w:jc w:val="center"/>
      </w:pPr>
      <w:r>
        <w:rPr>
          <w:i/>
          <w:color w:val="5A5A5A"/>
          <w:sz w:val="20"/>
        </w:rPr>
        <w:t>i uprawnieniu do zgłoszenia dziecka</w:t>
      </w:r>
    </w:p>
    <w:p w:rsidR="00E3149B" w:rsidRDefault="00FB356C" w:rsidP="006A137F">
      <w:pPr>
        <w:spacing w:after="0"/>
        <w:jc w:val="center"/>
        <w:rPr>
          <w:color w:val="5A5A5A"/>
          <w:sz w:val="18"/>
        </w:rPr>
      </w:pPr>
      <w:r>
        <w:rPr>
          <w:color w:val="5A5A5A"/>
          <w:sz w:val="18"/>
        </w:rPr>
        <w:t>Pracownia Progres Beata Kuchnik | NIP 6380009216</w:t>
      </w:r>
    </w:p>
    <w:p w:rsidR="006A137F" w:rsidRDefault="006A137F" w:rsidP="006A137F">
      <w:pPr>
        <w:spacing w:after="0"/>
        <w:jc w:val="center"/>
      </w:pPr>
    </w:p>
    <w:p w:rsidR="006A137F" w:rsidRDefault="006A137F" w:rsidP="006A137F">
      <w:pPr>
        <w:spacing w:after="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E3149B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E3149B" w:rsidRDefault="00FB356C">
            <w:pPr>
              <w:spacing w:after="20"/>
            </w:pPr>
            <w:proofErr w:type="spellStart"/>
            <w:r>
              <w:rPr>
                <w:sz w:val="19"/>
              </w:rPr>
              <w:t>Imię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nazwisko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dziecka</w:t>
            </w:r>
            <w:proofErr w:type="spellEnd"/>
          </w:p>
        </w:tc>
        <w:tc>
          <w:tcPr>
            <w:tcW w:w="6236" w:type="dxa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E3149B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 xml:space="preserve">Data </w:t>
            </w:r>
            <w:r>
              <w:rPr>
                <w:sz w:val="19"/>
              </w:rPr>
              <w:t>urodzenia / PESEL</w:t>
            </w:r>
          </w:p>
        </w:tc>
        <w:tc>
          <w:tcPr>
            <w:tcW w:w="6236" w:type="dxa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E3149B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Imię i nazwisko osoby składającej oświadczenie</w:t>
            </w:r>
          </w:p>
        </w:tc>
        <w:tc>
          <w:tcPr>
            <w:tcW w:w="6236" w:type="dxa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</w:t>
            </w:r>
            <w:r>
              <w:rPr>
                <w:sz w:val="19"/>
              </w:rPr>
              <w:t>...</w:t>
            </w:r>
          </w:p>
        </w:tc>
      </w:tr>
      <w:tr w:rsidR="00E3149B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Relacja do dziecka</w:t>
            </w:r>
          </w:p>
        </w:tc>
        <w:tc>
          <w:tcPr>
            <w:tcW w:w="6236" w:type="dxa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[ ] matka  [ ] ojciec  [ ] opiekun prawny  [ ] inna: ........................................</w:t>
            </w:r>
          </w:p>
        </w:tc>
      </w:tr>
    </w:tbl>
    <w:p w:rsidR="00E3149B" w:rsidRDefault="00FB356C" w:rsidP="006A137F">
      <w:pPr>
        <w:pStyle w:val="Nagwek1"/>
      </w:pP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według</w:t>
      </w:r>
      <w:proofErr w:type="spellEnd"/>
      <w:r>
        <w:t xml:space="preserve"> </w:t>
      </w:r>
      <w:proofErr w:type="spellStart"/>
      <w:r>
        <w:t>mojej</w:t>
      </w:r>
      <w:proofErr w:type="spellEnd"/>
      <w:r>
        <w:t xml:space="preserve"> wiedzy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Oboje rodzice posiadają pełną władzę rodzicielską.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Władza rodzicielska jednego z rodziców zos</w:t>
      </w:r>
      <w:r>
        <w:t>tała ograniczona - załączam aktualne orzeczenie/postanowienie.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Władza rodzicielska jednego z rodziców została zawieszona - załączam aktualne orzeczenie/postanowienie.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 xml:space="preserve">Jeden z rodziców został pozbawiony władzy rodzicielskiej - załączam aktualne </w:t>
      </w:r>
      <w:r>
        <w:t>orzeczenie/postanowienie.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Dziecko pozostaje pod opieką prawną / pieczą zastępczą - załączam dokument potwierdzający umocowanie.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Toczy się postępowanie dotyczące władzy rodzicielskiej, miejsca pobytu dziecka, kontaktów, pieczy lub zabezpieczenia.</w:t>
      </w:r>
    </w:p>
    <w:p w:rsidR="00E3149B" w:rsidRDefault="00FB356C" w:rsidP="006A137F">
      <w:pPr>
        <w:pStyle w:val="Tekstpodstawowy"/>
        <w:spacing w:after="0"/>
      </w:pPr>
      <w:r>
        <w:rPr>
          <w:b/>
        </w:rPr>
        <w:t xml:space="preserve">[ </w:t>
      </w:r>
      <w:r>
        <w:rPr>
          <w:b/>
        </w:rPr>
        <w:t xml:space="preserve">] </w:t>
      </w:r>
      <w:r>
        <w:t>Nie toczy się żadne znane mi postępowanie dotyczące władzy rodzicielskiej, miejsca pobytu dziecka, kontaktów, pieczy lub zabezpieczenia.</w:t>
      </w:r>
    </w:p>
    <w:p w:rsidR="00E3149B" w:rsidRDefault="00FB356C" w:rsidP="006A137F">
      <w:pPr>
        <w:pStyle w:val="Nagwek1"/>
      </w:pPr>
      <w:r>
        <w:t>Dane drugiego rodzica / opiekuna prawnego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E3149B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Imię i nazwisko</w:t>
            </w:r>
          </w:p>
        </w:tc>
        <w:tc>
          <w:tcPr>
            <w:tcW w:w="6236" w:type="dxa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...........................................................</w:t>
            </w:r>
            <w:r>
              <w:rPr>
                <w:sz w:val="19"/>
              </w:rPr>
              <w:t>.....................................</w:t>
            </w:r>
          </w:p>
        </w:tc>
      </w:tr>
      <w:tr w:rsidR="00E3149B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Telefon / e-mail</w:t>
            </w:r>
          </w:p>
        </w:tc>
        <w:tc>
          <w:tcPr>
            <w:tcW w:w="6236" w:type="dxa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E3149B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Adres do korespondencji, jeżeli znany</w:t>
            </w:r>
          </w:p>
        </w:tc>
        <w:tc>
          <w:tcPr>
            <w:tcW w:w="6236" w:type="dxa"/>
            <w:vAlign w:val="center"/>
          </w:tcPr>
          <w:p w:rsidR="00E3149B" w:rsidRDefault="00FB356C">
            <w:pPr>
              <w:spacing w:after="20"/>
            </w:pPr>
            <w:r>
              <w:rPr>
                <w:sz w:val="19"/>
              </w:rPr>
              <w:t>................................................................</w:t>
            </w:r>
            <w:r>
              <w:rPr>
                <w:sz w:val="19"/>
              </w:rPr>
              <w:t>................................</w:t>
            </w:r>
          </w:p>
        </w:tc>
      </w:tr>
    </w:tbl>
    <w:p w:rsidR="00E3149B" w:rsidRDefault="00FB356C">
      <w:pPr>
        <w:pStyle w:val="Nagwek1"/>
      </w:pPr>
      <w:proofErr w:type="spellStart"/>
      <w:r>
        <w:t>Załączone</w:t>
      </w:r>
      <w:proofErr w:type="spellEnd"/>
      <w:r>
        <w:t xml:space="preserve"> </w:t>
      </w:r>
      <w:proofErr w:type="spellStart"/>
      <w:r>
        <w:t>dokumenty</w:t>
      </w:r>
      <w:proofErr w:type="spellEnd"/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Postanowienie / wyrok sądu dotyczący władzy rodzicielskiej.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Postanowienie / wyrok sądu dotyczący miejsca pobytu dziecka.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Postanowienie / wyrok sądu dotyczący kontaktów z dzieckiem.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Post</w:t>
      </w:r>
      <w:r>
        <w:t>anowienie zabezpieczające.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Porozumienie rodzicielskie / plan rodzicielski.</w:t>
      </w:r>
    </w:p>
    <w:p w:rsidR="00E3149B" w:rsidRDefault="00FB356C">
      <w:pPr>
        <w:pStyle w:val="Tekstpodstawowy"/>
      </w:pPr>
      <w:r>
        <w:rPr>
          <w:b/>
        </w:rPr>
        <w:t xml:space="preserve">[ ] </w:t>
      </w:r>
      <w:r>
        <w:t>Dokument dotyczący pieczy zastępczej / opieki prawnej.</w:t>
      </w:r>
    </w:p>
    <w:p w:rsidR="00E3149B" w:rsidRDefault="00FB356C" w:rsidP="006A137F">
      <w:pPr>
        <w:pStyle w:val="Tekstpodstawowy"/>
        <w:spacing w:after="0"/>
      </w:pPr>
      <w:r>
        <w:rPr>
          <w:b/>
        </w:rPr>
        <w:t xml:space="preserve">[ ] </w:t>
      </w:r>
      <w:r>
        <w:t>Inne dokumenty: ............................................................................................</w:t>
      </w:r>
    </w:p>
    <w:p w:rsidR="006A137F" w:rsidRDefault="006A137F" w:rsidP="006A137F">
      <w:pPr>
        <w:pStyle w:val="Nagwek1"/>
      </w:pPr>
    </w:p>
    <w:p w:rsidR="00E3149B" w:rsidRDefault="00FB356C" w:rsidP="006A137F">
      <w:pPr>
        <w:pStyle w:val="Nagwek1"/>
      </w:pPr>
      <w:bookmarkStart w:id="0" w:name="_GoBack"/>
      <w:bookmarkEnd w:id="0"/>
      <w:proofErr w:type="spellStart"/>
      <w:r>
        <w:t>Potwierdzenie</w:t>
      </w:r>
      <w:proofErr w:type="spellEnd"/>
    </w:p>
    <w:p w:rsidR="00E3149B" w:rsidRDefault="00FB356C">
      <w:pPr>
        <w:pStyle w:val="Tekstpodstawowy"/>
      </w:pPr>
      <w:r>
        <w:t>Potwierdzam, że podane przeze mnie informacje są prawdziwe, aktualne i kompletne. Przyjmuję do wiadomości, że zatajenie informacji albo nieprzedstawienie wymaganych dokumentów może skutkować odmową realizacji usługi, przerwaniem procesu diagn</w:t>
      </w:r>
      <w:r>
        <w:t>ostycznego lub odmową dalszej współpracy.</w:t>
      </w:r>
    </w:p>
    <w:p w:rsidR="00E3149B" w:rsidRDefault="00E3149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E3149B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149B" w:rsidRDefault="00FB356C">
            <w:r>
              <w:br/>
            </w:r>
            <w:r>
              <w:br/>
              <w:t>....................................................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149B" w:rsidRDefault="00FB356C">
            <w:r>
              <w:br/>
            </w:r>
            <w:r>
              <w:br/>
              <w:t>....................................................</w:t>
            </w:r>
          </w:p>
        </w:tc>
      </w:tr>
      <w:tr w:rsidR="00E3149B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3149B" w:rsidRDefault="00FB356C">
            <w:pPr>
              <w:jc w:val="center"/>
            </w:pPr>
            <w:r>
              <w:rPr>
                <w:sz w:val="18"/>
              </w:rPr>
              <w:t>Miejscowość i data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3149B" w:rsidRDefault="00FB356C">
            <w:pPr>
              <w:jc w:val="center"/>
            </w:pPr>
            <w:r>
              <w:rPr>
                <w:sz w:val="18"/>
              </w:rPr>
              <w:t>Czytelny podpis</w:t>
            </w:r>
          </w:p>
        </w:tc>
      </w:tr>
    </w:tbl>
    <w:p w:rsidR="00FB356C" w:rsidRDefault="00FB356C"/>
    <w:sectPr w:rsidR="00FB356C" w:rsidSect="00034616">
      <w:headerReference w:type="default" r:id="rId8"/>
      <w:footerReference w:type="default" r:id="rId9"/>
      <w:pgSz w:w="11906" w:h="16838"/>
      <w:pgMar w:top="1134" w:right="1020" w:bottom="113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56C" w:rsidRDefault="00FB356C">
      <w:pPr>
        <w:spacing w:after="0" w:line="240" w:lineRule="auto"/>
      </w:pPr>
      <w:r>
        <w:separator/>
      </w:r>
    </w:p>
  </w:endnote>
  <w:endnote w:type="continuationSeparator" w:id="0">
    <w:p w:rsidR="00FB356C" w:rsidRDefault="00FB3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149B" w:rsidRDefault="00FB356C">
    <w:pPr>
      <w:pStyle w:val="Stopka"/>
      <w:jc w:val="center"/>
    </w:pPr>
    <w:r>
      <w:rPr>
        <w:color w:val="6E6E6E"/>
        <w:sz w:val="15"/>
      </w:rPr>
      <w:t>Pracownia Progres Beata Kuchnik | ul. Barlickiego 15/56, 43-300 Bielsko-Biała | diagnoza@bcdp.pl | bcdp.pl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56C" w:rsidRDefault="00FB356C">
      <w:pPr>
        <w:spacing w:after="0" w:line="240" w:lineRule="auto"/>
      </w:pPr>
      <w:r>
        <w:separator/>
      </w:r>
    </w:p>
  </w:footnote>
  <w:footnote w:type="continuationSeparator" w:id="0">
    <w:p w:rsidR="00FB356C" w:rsidRDefault="00FB3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149B" w:rsidRDefault="00FB356C">
    <w:pPr>
      <w:pStyle w:val="Nagwek"/>
      <w:jc w:val="center"/>
    </w:pPr>
    <w:r>
      <w:rPr>
        <w:color w:val="5A5A5A"/>
        <w:sz w:val="17"/>
      </w:rPr>
      <w:t>Bielskie Centrum Diagnozy Psychologicznej | Familiaspot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A137F"/>
    <w:rsid w:val="00AA1D8D"/>
    <w:rsid w:val="00B47730"/>
    <w:rsid w:val="00CB0664"/>
    <w:rsid w:val="00E3149B"/>
    <w:rsid w:val="00FB35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778A3"/>
  <w14:defaultImageDpi w14:val="300"/>
  <w15:docId w15:val="{3B8C4567-B59D-4DC9-9F50-5B300EA04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80" w:line="259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FC254F-0585-4340-9830-149250036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Kuchnik Beata</cp:lastModifiedBy>
  <cp:revision>2</cp:revision>
  <dcterms:created xsi:type="dcterms:W3CDTF">2026-06-04T06:48:00Z</dcterms:created>
  <dcterms:modified xsi:type="dcterms:W3CDTF">2026-06-04T06:48:00Z</dcterms:modified>
  <cp:category/>
</cp:coreProperties>
</file>