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690" w:rsidRDefault="0095675A" w:rsidP="007F4324">
      <w:pPr>
        <w:pStyle w:val="Tytu"/>
        <w:spacing w:after="0"/>
        <w:jc w:val="center"/>
      </w:pPr>
      <w:r>
        <w:t>ZGODA DRUGIEGO RODZICA / OPIEKUNA PRAWNEGO</w:t>
      </w:r>
    </w:p>
    <w:p w:rsidR="00977690" w:rsidRDefault="0095675A" w:rsidP="007F4324">
      <w:pPr>
        <w:spacing w:after="0"/>
        <w:jc w:val="center"/>
      </w:pPr>
      <w:r>
        <w:rPr>
          <w:i/>
          <w:color w:val="5A5A5A"/>
          <w:sz w:val="20"/>
        </w:rPr>
        <w:t>na konsultację, diagnozę lub spotkanie dziecka</w:t>
      </w:r>
    </w:p>
    <w:p w:rsidR="00977690" w:rsidRDefault="0095675A" w:rsidP="007F4324">
      <w:pPr>
        <w:spacing w:after="0"/>
        <w:jc w:val="center"/>
      </w:pPr>
      <w:r>
        <w:rPr>
          <w:color w:val="5A5A5A"/>
          <w:sz w:val="18"/>
        </w:rPr>
        <w:t>Pracownia Progres Beata Kuchnik | NIP 6380009216</w:t>
      </w:r>
    </w:p>
    <w:p w:rsidR="00977690" w:rsidRDefault="00977690"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Imię i nazwisko dziecka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Data urodzenia / PESEL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Imię i nazwisko rodzica/opiekuna skła</w:t>
            </w:r>
            <w:r>
              <w:rPr>
                <w:sz w:val="19"/>
              </w:rPr>
              <w:t>dającego zgodę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Telefon i e-mail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Rodzaj usługi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[ ] pierwsza k</w:t>
            </w:r>
            <w:r>
              <w:rPr>
                <w:sz w:val="19"/>
              </w:rPr>
              <w:t>onsultacja  [ ] konsultacja psychologiczna  [ ] diagnoza  [ ] Familiaspot  [ ] inne: .......................</w:t>
            </w:r>
          </w:p>
        </w:tc>
      </w:tr>
      <w:tr w:rsidR="00977690">
        <w:trPr>
          <w:jc w:val="center"/>
        </w:trPr>
        <w:tc>
          <w:tcPr>
            <w:tcW w:w="2835" w:type="dxa"/>
            <w:shd w:val="clear" w:color="auto" w:fill="EAF2F8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Rodzic/opiekun zgłaszający dziecko</w:t>
            </w:r>
          </w:p>
        </w:tc>
        <w:tc>
          <w:tcPr>
            <w:tcW w:w="6236" w:type="dxa"/>
            <w:vAlign w:val="center"/>
          </w:tcPr>
          <w:p w:rsidR="00977690" w:rsidRDefault="0095675A">
            <w:pPr>
              <w:spacing w:after="20"/>
            </w:pPr>
            <w:r>
              <w:rPr>
                <w:sz w:val="19"/>
              </w:rPr>
              <w:t>................................................................................................</w:t>
            </w:r>
          </w:p>
        </w:tc>
      </w:tr>
    </w:tbl>
    <w:p w:rsidR="00977690" w:rsidRDefault="00977690"/>
    <w:p w:rsidR="00977690" w:rsidRDefault="0095675A">
      <w:pPr>
        <w:pStyle w:val="Nagwek1"/>
      </w:pPr>
      <w:r>
        <w:t>Treść zgody</w:t>
      </w:r>
    </w:p>
    <w:p w:rsidR="00977690" w:rsidRDefault="0095675A">
      <w:pPr>
        <w:pStyle w:val="Tekstpodstawowy"/>
      </w:pPr>
      <w:r>
        <w:t>Ja, niżej podpisana/y, jako rodzic/opiekun prawny dziecka, wyrażam zgodę na zgłoszenie i udział dziecka w konsultacji, diagnozie lub spotkaniu realizowanym przez Bielskie Centrum Diagnozy Psychologicznej albo Familiaspot, w zakresie wskazanym powyżej.</w:t>
      </w:r>
    </w:p>
    <w:p w:rsidR="00977690" w:rsidRDefault="0095675A">
      <w:pPr>
        <w:pStyle w:val="Nagwek1"/>
      </w:pPr>
      <w:r>
        <w:t>Oświ</w:t>
      </w:r>
      <w:r>
        <w:t>adczenia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Oświadczam, że posiadam władzę rodzicielską / uprawnienia opiekuna prawnego wobec dziecka, chyba że z aktualnych orzeczeń lub postanowień wynika inaczej.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Zostałam/em poinformowana/y o celu zgłoszenia dziecka oraz o planowanej formie usługi</w:t>
      </w:r>
      <w:r>
        <w:t>.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Przyjmuję do wiadomości, że w przypadku usług diagnostycznych lub pracy z dzieckiem specjalista może oczekiwać przedstawienia aktualnych dokumentów sądowych dotyczących dziecka.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Zobowiązuję się poinformować drugiego rodzica/opiekuna oraz specjali</w:t>
      </w:r>
      <w:r>
        <w:t>stę o okolicznościach mogących mieć znaczenie dla bezpieczeństwa dziecka, w tym o sprawach sądowych, badaniu OZSS, procedurze Niebieskie Karty, nadzorze kuratora lub interwencji instytucji.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Przyjmuję do wiadomości, że brak wymaganych zgód lub dokumentó</w:t>
      </w:r>
      <w:r>
        <w:t>w może skutkować odmową realizacji usługi.</w:t>
      </w:r>
    </w:p>
    <w:p w:rsidR="00977690" w:rsidRDefault="0095675A">
      <w:pPr>
        <w:pStyle w:val="Tekstpodstawowy"/>
      </w:pPr>
      <w:r>
        <w:rPr>
          <w:b/>
        </w:rPr>
        <w:t xml:space="preserve">[ ] </w:t>
      </w:r>
      <w:r>
        <w:t>Oświadczam, że podane przeze mnie informacje są prawdziwe, aktualne i kompletne.</w:t>
      </w:r>
    </w:p>
    <w:p w:rsidR="00977690" w:rsidRDefault="0095675A">
      <w:pPr>
        <w:pStyle w:val="Nagwek1"/>
      </w:pPr>
      <w:r>
        <w:t>Zgoda na kontakt</w:t>
      </w:r>
    </w:p>
    <w:p w:rsidR="00977690" w:rsidRDefault="0095675A">
      <w:pPr>
        <w:pStyle w:val="Tekstpodstawowy"/>
      </w:pPr>
      <w:r>
        <w:t>Wyrażam zgodę na kontakt ze mną pod wskazanym numerem telefonu lub adresem e-mail w sprawach organizacyjnych do</w:t>
      </w:r>
      <w:r>
        <w:t>tyczących udziału dziecka w konsultacji, diagnozie lub spotkaniu.</w:t>
      </w:r>
    </w:p>
    <w:p w:rsidR="00977690" w:rsidRDefault="00977690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977690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690" w:rsidRDefault="0095675A">
            <w:r>
              <w:br/>
            </w:r>
            <w:r>
              <w:br/>
              <w:t>....................................................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690" w:rsidRDefault="0095675A">
            <w:r>
              <w:br/>
            </w:r>
            <w:r>
              <w:br/>
              <w:t>....................................................</w:t>
            </w:r>
          </w:p>
        </w:tc>
      </w:tr>
      <w:tr w:rsidR="00977690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77690" w:rsidRDefault="0095675A">
            <w:pPr>
              <w:jc w:val="center"/>
            </w:pPr>
            <w:r>
              <w:rPr>
                <w:sz w:val="18"/>
              </w:rPr>
              <w:t>Miejscowość i data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977690" w:rsidRDefault="0095675A">
            <w:pPr>
              <w:jc w:val="center"/>
            </w:pPr>
            <w:r>
              <w:rPr>
                <w:sz w:val="18"/>
              </w:rPr>
              <w:t>Czytelny podpis</w:t>
            </w:r>
          </w:p>
        </w:tc>
      </w:tr>
    </w:tbl>
    <w:p w:rsidR="0095675A" w:rsidRDefault="0095675A"/>
    <w:sectPr w:rsidR="0095675A" w:rsidSect="00034616">
      <w:headerReference w:type="default" r:id="rId8"/>
      <w:footerReference w:type="default" r:id="rId9"/>
      <w:pgSz w:w="11906" w:h="16838"/>
      <w:pgMar w:top="1134" w:right="1020" w:bottom="113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675A" w:rsidRDefault="0095675A">
      <w:pPr>
        <w:spacing w:after="0" w:line="240" w:lineRule="auto"/>
      </w:pPr>
      <w:r>
        <w:separator/>
      </w:r>
    </w:p>
  </w:endnote>
  <w:endnote w:type="continuationSeparator" w:id="0">
    <w:p w:rsidR="0095675A" w:rsidRDefault="0095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690" w:rsidRDefault="0095675A">
    <w:pPr>
      <w:pStyle w:val="Stopka"/>
      <w:jc w:val="center"/>
    </w:pPr>
    <w:r>
      <w:rPr>
        <w:color w:val="6E6E6E"/>
        <w:sz w:val="15"/>
      </w:rPr>
      <w:t>Pracownia Progres Beata Kuchnik | ul. Barlickiego 15/56, 43-300 Bielsko-Biała | diagnoza@bcdp.pl | bcdp.pl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675A" w:rsidRDefault="0095675A">
      <w:pPr>
        <w:spacing w:after="0" w:line="240" w:lineRule="auto"/>
      </w:pPr>
      <w:r>
        <w:separator/>
      </w:r>
    </w:p>
  </w:footnote>
  <w:footnote w:type="continuationSeparator" w:id="0">
    <w:p w:rsidR="0095675A" w:rsidRDefault="0095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690" w:rsidRDefault="0095675A">
    <w:pPr>
      <w:pStyle w:val="Nagwek"/>
      <w:jc w:val="center"/>
    </w:pPr>
    <w:r>
      <w:rPr>
        <w:color w:val="5A5A5A"/>
        <w:sz w:val="17"/>
      </w:rPr>
      <w:t>Bielskie Centrum Diagnozy Psychologicznej | Familiaspot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F4324"/>
    <w:rsid w:val="0095675A"/>
    <w:rsid w:val="009776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88AE147-18AC-442F-BE13-76BDB3E9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80" w:line="259" w:lineRule="auto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735D1F-522A-4D68-9703-D8C6EFC53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Kuchnik Beata</cp:lastModifiedBy>
  <cp:revision>2</cp:revision>
  <dcterms:created xsi:type="dcterms:W3CDTF">2026-06-04T09:05:00Z</dcterms:created>
  <dcterms:modified xsi:type="dcterms:W3CDTF">2026-06-04T09:05:00Z</dcterms:modified>
  <cp:category/>
</cp:coreProperties>
</file>