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7FE" w:rsidRDefault="00490C52" w:rsidP="00B043D6">
      <w:pPr>
        <w:pStyle w:val="Tytu"/>
        <w:spacing w:after="0"/>
        <w:jc w:val="center"/>
      </w:pPr>
      <w:r>
        <w:t>ZGODA RODZICA / OPIEKUNA PRAWNEGO</w:t>
      </w:r>
    </w:p>
    <w:p w:rsidR="00BE77FE" w:rsidRDefault="00490C52" w:rsidP="00B043D6">
      <w:pPr>
        <w:spacing w:after="0"/>
        <w:jc w:val="center"/>
      </w:pPr>
      <w:r>
        <w:rPr>
          <w:i/>
          <w:color w:val="5A5A5A"/>
          <w:sz w:val="20"/>
        </w:rPr>
        <w:t>na konsultację, diagnozę lub spotkanie dziecka</w:t>
      </w:r>
    </w:p>
    <w:p w:rsidR="00BE77FE" w:rsidRDefault="00490C52" w:rsidP="00B043D6">
      <w:pPr>
        <w:spacing w:after="0"/>
        <w:jc w:val="center"/>
      </w:pPr>
      <w:r>
        <w:rPr>
          <w:color w:val="5A5A5A"/>
          <w:sz w:val="18"/>
        </w:rPr>
        <w:t>Pracownia Progres Beata Kuchnik | NIP 6380009216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BE77FE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Imię i nazwisko dziecka</w:t>
            </w:r>
          </w:p>
        </w:tc>
        <w:tc>
          <w:tcPr>
            <w:tcW w:w="6236" w:type="dxa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BE77FE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Data urodzenia / PESEL</w:t>
            </w:r>
          </w:p>
        </w:tc>
        <w:tc>
          <w:tcPr>
            <w:tcW w:w="6236" w:type="dxa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BE77FE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Imię i nazwisko rodzica/opiekuna</w:t>
            </w:r>
          </w:p>
        </w:tc>
        <w:tc>
          <w:tcPr>
            <w:tcW w:w="6236" w:type="dxa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BE77FE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Tele</w:t>
            </w:r>
            <w:r>
              <w:rPr>
                <w:sz w:val="19"/>
              </w:rPr>
              <w:t>fon i e-mail</w:t>
            </w:r>
          </w:p>
        </w:tc>
        <w:tc>
          <w:tcPr>
            <w:tcW w:w="6236" w:type="dxa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BE77FE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Rodzaj usługi</w:t>
            </w:r>
          </w:p>
        </w:tc>
        <w:tc>
          <w:tcPr>
            <w:tcW w:w="6236" w:type="dxa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[ ] pierwsza konsultacja  [ ] konsultacja psychologiczna  [ ] diagnoza  [ ] Familiaspot  [ ] inne: .......................</w:t>
            </w:r>
          </w:p>
        </w:tc>
      </w:tr>
      <w:tr w:rsidR="00BE77FE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Planowa</w:t>
            </w:r>
            <w:r>
              <w:rPr>
                <w:sz w:val="19"/>
              </w:rPr>
              <w:t>ny termin</w:t>
            </w:r>
          </w:p>
        </w:tc>
        <w:tc>
          <w:tcPr>
            <w:tcW w:w="6236" w:type="dxa"/>
            <w:vAlign w:val="center"/>
          </w:tcPr>
          <w:p w:rsidR="00BE77FE" w:rsidRDefault="00490C52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</w:tbl>
    <w:p w:rsidR="00BE77FE" w:rsidRDefault="00490C52">
      <w:pPr>
        <w:pStyle w:val="Nagwek1"/>
      </w:pPr>
      <w:proofErr w:type="spellStart"/>
      <w:r>
        <w:t>Oświadczenia</w:t>
      </w:r>
      <w:proofErr w:type="spellEnd"/>
      <w:r>
        <w:t xml:space="preserve"> </w:t>
      </w:r>
      <w:proofErr w:type="spellStart"/>
      <w:r>
        <w:t>rodzica</w:t>
      </w:r>
      <w:proofErr w:type="spellEnd"/>
      <w:r>
        <w:t xml:space="preserve"> / </w:t>
      </w:r>
      <w:proofErr w:type="spellStart"/>
      <w:r>
        <w:t>opiekuna</w:t>
      </w:r>
      <w:proofErr w:type="spellEnd"/>
      <w:r>
        <w:t xml:space="preserve"> prawnego</w:t>
      </w:r>
    </w:p>
    <w:p w:rsidR="00BE77FE" w:rsidRDefault="00490C52">
      <w:pPr>
        <w:pStyle w:val="Tekstpodstawowy"/>
      </w:pPr>
      <w:r>
        <w:rPr>
          <w:b/>
        </w:rPr>
        <w:t xml:space="preserve">[ ] </w:t>
      </w:r>
      <w:r>
        <w:t xml:space="preserve">Oświadczam, że jestem rodzicem/opiekunem prawnym dziecka i jestem uprawniona/y do zgłoszenia dziecka </w:t>
      </w:r>
      <w:r>
        <w:t>na konsultację, diagnozę lub spotkanie.</w:t>
      </w:r>
    </w:p>
    <w:p w:rsidR="00BE77FE" w:rsidRDefault="00490C52">
      <w:pPr>
        <w:pStyle w:val="Tekstpodstawowy"/>
      </w:pPr>
      <w:r>
        <w:rPr>
          <w:b/>
        </w:rPr>
        <w:t xml:space="preserve">[ ] </w:t>
      </w:r>
      <w:r>
        <w:t>Oświadczam, że zapoznałam/em się z Regulaminem rezerwacji i realizacji wizyt Bielskiego Centrum Diagnozy Psychologicznej oraz Familiaspot i akceptuję jego treść.</w:t>
      </w:r>
    </w:p>
    <w:p w:rsidR="00BE77FE" w:rsidRDefault="00490C52">
      <w:pPr>
        <w:pStyle w:val="Tekstpodstawowy"/>
      </w:pPr>
      <w:r>
        <w:rPr>
          <w:b/>
        </w:rPr>
        <w:t xml:space="preserve">[ ] </w:t>
      </w:r>
      <w:r>
        <w:t>Wyrażam zgodę na udział dziecka w konsultacji,</w:t>
      </w:r>
      <w:r>
        <w:t xml:space="preserve"> diagnozie lub spotkaniu w zakresie wskazanym powyżej.</w:t>
      </w:r>
    </w:p>
    <w:p w:rsidR="00BE77FE" w:rsidRDefault="00490C52">
      <w:pPr>
        <w:pStyle w:val="Tekstpodstawowy"/>
      </w:pPr>
      <w:r>
        <w:rPr>
          <w:b/>
        </w:rPr>
        <w:t xml:space="preserve">[ ] </w:t>
      </w:r>
      <w:r>
        <w:t>Zobowiązuję się do przekazania zgody drugiego rodzica/opiekuna prawnego, jeżeli jest wymagana.</w:t>
      </w:r>
    </w:p>
    <w:p w:rsidR="00BE77FE" w:rsidRDefault="00490C52">
      <w:pPr>
        <w:pStyle w:val="Tekstpodstawowy"/>
      </w:pPr>
      <w:r>
        <w:rPr>
          <w:b/>
        </w:rPr>
        <w:t xml:space="preserve">[ ] </w:t>
      </w:r>
      <w:r>
        <w:t>Zobowiązuję się przedstawić aktualne dokumenty dotyczące władzy rodzicielskiej, pieczy, kontaktów,</w:t>
      </w:r>
      <w:r>
        <w:t xml:space="preserve"> postanowień sądu, zabezpieczeń lub innych rozstrzygnięć dotyczących dziecka, jeżeli takie dokumenty istnieją.</w:t>
      </w:r>
    </w:p>
    <w:p w:rsidR="00BE77FE" w:rsidRDefault="00490C52">
      <w:pPr>
        <w:pStyle w:val="Tekstpodstawowy"/>
      </w:pPr>
      <w:r>
        <w:rPr>
          <w:b/>
        </w:rPr>
        <w:t xml:space="preserve">[ ] </w:t>
      </w:r>
      <w:r>
        <w:t xml:space="preserve">Zobowiązuję się poinformować specjalistę o toczących się lub zakończonych postępowaniach sądowych, badaniach OZSS, interwencjach instytucji, </w:t>
      </w:r>
      <w:r>
        <w:t>procedurze Niebieskie Karty, nadzorze kuratora lub innych okolicznościach mogących mieć znaczenie dla bezpieczeństwa dziecka.</w:t>
      </w:r>
    </w:p>
    <w:p w:rsidR="00BE77FE" w:rsidRDefault="00490C52">
      <w:pPr>
        <w:pStyle w:val="Tekstpodstawowy"/>
      </w:pPr>
      <w:r>
        <w:rPr>
          <w:b/>
        </w:rPr>
        <w:t xml:space="preserve">[ ] </w:t>
      </w:r>
      <w:r>
        <w:t>Przyjmuję do wiadomości, że rozmowa lub badanie dziecka może odbywać się bez obecności rodzica, jeżeli jest to uzasadnione wie</w:t>
      </w:r>
      <w:r>
        <w:t>kiem dziecka, charakterem badania oraz dobrem dziecka.</w:t>
      </w:r>
    </w:p>
    <w:p w:rsidR="00BE77FE" w:rsidRDefault="00490C52">
      <w:pPr>
        <w:pStyle w:val="Tekstpodstawowy"/>
      </w:pPr>
      <w:r>
        <w:rPr>
          <w:b/>
        </w:rPr>
        <w:t xml:space="preserve">[ ] </w:t>
      </w:r>
      <w:r>
        <w:t>Zobowiązuję się pozostawać dostępna/y w czasie trwania wizyty dziecka.</w:t>
      </w:r>
    </w:p>
    <w:p w:rsidR="00BE77FE" w:rsidRDefault="00490C52">
      <w:pPr>
        <w:pStyle w:val="Tekstpodstawowy"/>
      </w:pPr>
      <w:r>
        <w:rPr>
          <w:b/>
        </w:rPr>
        <w:t xml:space="preserve">[ ] </w:t>
      </w:r>
      <w:r>
        <w:t>Przyjmuję do wiadomości zakaz nagrywania, fotografowania, transmitowania i utrwalania przebiegu wizyty bez uprzedniej, wyr</w:t>
      </w:r>
      <w:r>
        <w:t>aźnej zgody specjalisty oraz wszystkich uczestników.</w:t>
      </w:r>
    </w:p>
    <w:p w:rsidR="00BE77FE" w:rsidRDefault="00490C52">
      <w:pPr>
        <w:pStyle w:val="Tekstpodstawowy"/>
      </w:pPr>
      <w:r>
        <w:rPr>
          <w:b/>
        </w:rPr>
        <w:t xml:space="preserve">[ ] </w:t>
      </w:r>
      <w:r>
        <w:t>Oświadczam, że podane przeze mnie informacje są prawdziwe, aktualne i kompletne.</w:t>
      </w:r>
    </w:p>
    <w:p w:rsidR="00BE77FE" w:rsidRDefault="00490C52">
      <w:pPr>
        <w:pStyle w:val="Nagwek1"/>
      </w:pPr>
      <w:r>
        <w:t>Informacja o poufności</w:t>
      </w:r>
    </w:p>
    <w:p w:rsidR="00BE77FE" w:rsidRDefault="00490C52" w:rsidP="00B043D6">
      <w:pPr>
        <w:pStyle w:val="Tekstpodstawowy"/>
        <w:spacing w:after="0"/>
      </w:pPr>
      <w:r>
        <w:t>Informacje uzyskane podczas konsultacji, diagnozy lub spotkania są objęte poufnością, z wyjątka</w:t>
      </w:r>
      <w:r>
        <w:t>mi przewidzianymi przepisami prawa, w szczególności w sytuacji zagrożenia życia lub zdrowia, podejrzenia krzywdzenia dziecka, zwolnienia z tajemnicy przez sąd albo zobowiązania przez uprawniony organ.</w:t>
      </w:r>
    </w:p>
    <w:p w:rsidR="00BE77FE" w:rsidRDefault="00490C52" w:rsidP="00B043D6">
      <w:pPr>
        <w:pStyle w:val="Nagwek1"/>
      </w:pPr>
      <w:r>
        <w:t>Zgoda</w:t>
      </w:r>
    </w:p>
    <w:p w:rsidR="00BE77FE" w:rsidRDefault="00490C52">
      <w:pPr>
        <w:pStyle w:val="Tekstpodstawowy"/>
      </w:pPr>
      <w:r>
        <w:t>Wyrażam zgodę na udział mojego dziecka w wyżej ws</w:t>
      </w:r>
      <w:r>
        <w:t>kazanej usłudze oraz potwierdzam prawdziwość złożonych oświadczeń.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BE77FE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77FE" w:rsidRDefault="00490C52">
            <w:r>
              <w:br/>
              <w:t>....................................................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77FE" w:rsidRDefault="00490C52">
            <w:r>
              <w:br/>
            </w:r>
            <w:r>
              <w:br/>
              <w:t>....................................................</w:t>
            </w:r>
          </w:p>
        </w:tc>
      </w:tr>
      <w:tr w:rsidR="00BE77FE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BE77FE" w:rsidRDefault="00490C52">
            <w:pPr>
              <w:jc w:val="center"/>
            </w:pPr>
            <w:r>
              <w:rPr>
                <w:sz w:val="18"/>
              </w:rPr>
              <w:t>Miejscowość i data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BE77FE" w:rsidRDefault="00490C52">
            <w:pPr>
              <w:jc w:val="center"/>
            </w:pPr>
            <w:r>
              <w:rPr>
                <w:sz w:val="18"/>
              </w:rPr>
              <w:t>Czytelny podpis</w:t>
            </w:r>
          </w:p>
        </w:tc>
      </w:tr>
    </w:tbl>
    <w:p w:rsidR="00490C52" w:rsidRDefault="00490C52">
      <w:bookmarkStart w:id="0" w:name="_GoBack"/>
      <w:bookmarkEnd w:id="0"/>
    </w:p>
    <w:sectPr w:rsidR="00490C52" w:rsidSect="00034616">
      <w:headerReference w:type="default" r:id="rId8"/>
      <w:footerReference w:type="default" r:id="rId9"/>
      <w:pgSz w:w="11906" w:h="16838"/>
      <w:pgMar w:top="1134" w:right="1020" w:bottom="113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0C52" w:rsidRDefault="00490C52">
      <w:pPr>
        <w:spacing w:after="0" w:line="240" w:lineRule="auto"/>
      </w:pPr>
      <w:r>
        <w:separator/>
      </w:r>
    </w:p>
  </w:endnote>
  <w:endnote w:type="continuationSeparator" w:id="0">
    <w:p w:rsidR="00490C52" w:rsidRDefault="00490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7FE" w:rsidRDefault="00490C52">
    <w:pPr>
      <w:pStyle w:val="Stopka"/>
      <w:jc w:val="center"/>
    </w:pPr>
    <w:r>
      <w:rPr>
        <w:color w:val="6E6E6E"/>
        <w:sz w:val="15"/>
      </w:rPr>
      <w:t>Pracownia Progres Beata Kuchnik | ul. Barlickiego 15/56, 43-300 Bielsko-Biała | diagnoza@bcdp.pl | bcdp.pl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0C52" w:rsidRDefault="00490C52">
      <w:pPr>
        <w:spacing w:after="0" w:line="240" w:lineRule="auto"/>
      </w:pPr>
      <w:r>
        <w:separator/>
      </w:r>
    </w:p>
  </w:footnote>
  <w:footnote w:type="continuationSeparator" w:id="0">
    <w:p w:rsidR="00490C52" w:rsidRDefault="00490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7FE" w:rsidRDefault="00490C52">
    <w:pPr>
      <w:pStyle w:val="Nagwek"/>
      <w:jc w:val="center"/>
    </w:pPr>
    <w:r>
      <w:rPr>
        <w:color w:val="5A5A5A"/>
        <w:sz w:val="17"/>
      </w:rPr>
      <w:t>Bielskie Centrum Diagnozy Psychologicznej | Familiaspot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0C52"/>
    <w:rsid w:val="00AA1D8D"/>
    <w:rsid w:val="00B043D6"/>
    <w:rsid w:val="00B47730"/>
    <w:rsid w:val="00BE77F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76B711"/>
  <w14:defaultImageDpi w14:val="300"/>
  <w15:docId w15:val="{716C0F4F-208C-46FD-B862-D7C88904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80" w:line="259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E4FB54-5D8D-4136-B765-707C9CBD0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Kuchnik Beata</cp:lastModifiedBy>
  <cp:revision>2</cp:revision>
  <dcterms:created xsi:type="dcterms:W3CDTF">2026-06-04T06:45:00Z</dcterms:created>
  <dcterms:modified xsi:type="dcterms:W3CDTF">2026-06-04T06:45:00Z</dcterms:modified>
  <cp:category/>
</cp:coreProperties>
</file>